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AI Ethics Self-Assessment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Most organizations can name their AI ethics principles. Far fewer can prove they are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practiced. This self-assessment closes that gap in twenty minutes. It asks the questions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 ethics board, a regulator, or a journalist would ask, and it tells you, honestly, where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you stand before someone else decides for you.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is the free WHAT and WHY. It shows you the questions and why they matter. The paid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Ethics Operating Kit gives you the HOW: the charters, templates, and review machinery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that turn answers into practice.</w:t>
      </w:r>
    </w:p>
    <w:p>
      <w:pPr>
        <w:pBdr>
          <w:top w:val="single" w:sz="8" w:color="BDE051"/>
        </w:pBdr>
      </w:pP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How to use this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Score each statement from 0 to 3.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0 = not true for us. 1 = partly true, informal. 2 = mostly true, documented. 3 = fully true,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evidenced and reviewed. Be honest. A flattering score helps no one. Total the five sections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for a score out of 60.</w:t>
      </w:r>
    </w:p>
    <w:p>
      <w:pPr>
        <w:pBdr>
          <w:top w:val="single" w:sz="8" w:color="BDE051"/>
        </w:pBdr>
      </w:pP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Section 1: Fairness and Non-Discrimination (out of 12)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1. We test our AI systems for biased or discriminatory outcomes before they go live.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2. We know which groups could be disadvantaged by each system, and we monitor for it.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3. When we find unfair outcomes, we have a defined way to correct them.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4. Fairness is treated as a moral obligation, not only a legal one.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Section 2: Transparency and Explainability (out of 12)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5. People affected by an AI decision can find out that AI was involved.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6. We can explain, in plain language, how a consequential AI decision was reached.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7. We disclose the limits of our AI systems, not only their strengths.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8. We do not overstate what our AI can do to customers, staff, or the public.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Section 3: Human Dignity, Autonomy, and Consent (out of 12)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9. People can question or appeal an AI decision that affects them, to a human.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10. We obtain meaningful consent before using personal data to train or run AI.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11. Our AI supports human judgment rather than quietly replacing it where it matters.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12. We have considered the human cost of automation on our own workforce.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Section 4: Accountability (out of 12)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13. A named person is accountable for the ethical conduct of each AI system.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14. We keep records that would let an outsider audit how a decision was made.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15. There is a clear escalation path when an ethical concern is raised.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16. Raising an ethical concern is safe and welcomed, not career-limiting.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Section 5: Societal and Environmental Responsibility (out of 12)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17. We have asked whether each AI system should exist, not only whether it can.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18. We consider dual-use and misuse risks before deployment.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19. We weigh the environmental cost of training and running large models.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20. We engage the communities most affected by our highest-impact systems.</w:t>
      </w:r>
    </w:p>
    <w:p>
      <w:pPr>
        <w:pBdr>
          <w:top w:val="single" w:sz="8" w:color="BDE051"/>
        </w:pBdr>
      </w:pP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Reading your score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- 48 to 60. Principled and practiced. Ethics is operational, not aspirational. Your task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is to hold the line as you scale. The paid kit helps you institutionalize and prove it.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- 30 to 47. Committed but informal. You mean well, and it shows in places, but practice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is uneven and under-documented. This is the most common and most exposed position. The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Operating Kit is built for exactly this gap.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- 12 to 29. Aspirational only. You have values on a page and little machinery behind them.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 single incident would find you unprepared. Start with the kit and the Pre-Scale Audit.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- 0 to 11. Unprotected. Ethics is not yet governed. This is urgent, and it is fixable.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honest principle behind this tool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 organization that scores itself a perfect 60 on the first try is not finished. It is not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yet looking hard enough. Ethical maturity begins the moment you can name where you fall short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and act on it. That is the difference between an ethics statement and an ethics practice.</w:t>
      </w:r>
    </w:p>
    <w:p>
      <w:pPr>
        <w:pBdr>
          <w:top w:val="single" w:sz="8" w:color="BDE051"/>
        </w:pBdr>
      </w:pP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this points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This assessment reveals the gaps. Closing them is the work. The paid AI Ethics Operating Kit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gives you the review board charter, the ethical decision templates, the ethics risk register,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and the board reporting pack that move each of these twenty questions from a 1 to a 3. When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stakes are highest, the Pre-Scale Governance Audit brings decades of professional experience of judgment to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the room.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Free gives you the questions. Paid gives you the practice.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AI Ethics Operating Kit, Full Edition in the Execution Library (www.aigovernancechain.com/storefront.html, section: The Core Governance Kits).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 | Human-First AI Governance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 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