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rFonts w:ascii="Bakbak One" w:hAnsi="Bakbak One" w:eastAsia="Bakbak One"/>
          <w:b/>
          <w:color w:val="1E3D21"/>
          <w:sz w:val="38"/>
        </w:rPr>
        <w:t>The AI Human Rights Screening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Some AI systems touch a person's fundamental rights. When they do, governance is not optional and the standard is higher. This screening tells you in ten minutes whether your system crosses into rights territory.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Abbreviations and Acronyms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No prior knowledge is assumed. Every acronym used in this document is defined below.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: Artificial Intelligence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Why this matters (the WHY)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Public-sector bodies, regulated industries, and global organizations are increasingly held to a human-rights standard, not just a compliance checklist. A system that affects a right and was never screened for it is a reputational and legal exposure waiting to surface.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Screening (the WHAT)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Answer yes or no. Any yes means a fuller rights assessment is warranted.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1. Does the system make or shape decisions about people (hiring, credit, benefits, policing, healthcare, housing)?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2. Could it disadvantage a protected or vulnerable group?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3. Does it process sensitive personal data?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4. Could it restrict access to a service, opportunity, or entitlement?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5. Could it affect a person's privacy, dignity, or freedom of expression?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6. Is the affected person unable to easily contest or appeal the outcome?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7. Is the system used by or for a public authority?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8. Could an error cause material harm to a person's life or livelihood?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Reading your result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Zero yes: Low rights exposure. Document the conclusion.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One to three yes: Elevated. A focused rights assessment is needed.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Four or more yes: High. A full Human Rights Impact Assessment is required before scaling.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Where this stops (the boundary)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This screening flags exposure. It does not conduct the assessment. The paid AI and Human Rights Impact Kit provides the full impact-assessment methodology, the mitigation register, and the public-sector pack.</w:t>
      </w:r>
    </w:p>
    <w:p>
      <w:pPr>
        <w:pBdr>
          <w:top w:val="single" w:sz="8" w:color="BDE051"/>
        </w:pBdr>
      </w:pPr>
    </w:p>
    <w:p>
      <w:r>
        <w:rPr>
          <w:rFonts w:ascii="Cairo" w:hAnsi="Cairo" w:eastAsia="Cairo"/>
          <w:b/>
          <w:color w:val="2A5230"/>
          <w:sz w:val="21"/>
        </w:rPr>
        <w:t xml:space="preserve">Your next step: </w:t>
      </w:r>
      <w:r>
        <w:rPr>
          <w:rFonts w:ascii="Cairo" w:hAnsi="Cairo" w:eastAsia="Cairo"/>
          <w:b w:val="0"/>
          <w:sz w:val="21"/>
        </w:rPr>
        <w:t>Get the AI and Human Rights Impact Kit, Full Edition in the Execution Library (www.aigovernancechain.com/storefront.html, section: The Core Governance Kits). Every instrument in the Execution Library is also included in the Governance Vault , the all-access annual licence.</w:t>
      </w:r>
    </w:p>
    <w:p>
      <w:pPr>
        <w:pBdr>
          <w:top w:val="single" w:sz="8" w:color="BDE051"/>
        </w:pBdr>
      </w:pPr>
    </w:p>
    <w:p>
      <w:pPr>
        <w:pBdr>
          <w:top w:val="single" w:sz="8" w:color="BDE051"/>
        </w:pBdr>
      </w:pP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GOVERNANCE CHAIN™ | AI Governance Framework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(c) 2026 Mathieu K. Gouanou. All rights reserved.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Member, Harvard Business Review Advisory Council.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Document standard: human-first AI governance.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PAGE </w:instrText>
    </w:r>
    <w:r>
      <w:rPr>
        <w:rFonts w:ascii="Cairo"/>
        <w:sz w:val="18"/>
        <w:color w:val="2a5230"/>
      </w:rPr>
      <w:fldChar w:fldCharType="end"/>
    </w:r>
    <w:r>
      <w:rPr>
        <w:rFonts w:ascii="Cairo"/>
        <w:sz w:val="18"/>
        <w:color w:val="2a5230"/>
      </w:rPr>
      <w:t xml:space="preserve">/</w:t>
    </w: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NUMPAGES </w:instrText>
    </w:r>
    <w:r>
      <w:rPr>
        <w:rFonts w:ascii="Cairo"/>
        <w:sz w:val="18"/>
        <w:color w:val="2a5230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