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AI Vendor Risk Quick-Screen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FREE asset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Tier 0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AI GOVERNANCE CHAIN™</w:t>
            </w:r>
          </w:p>
        </w:tc>
      </w:tr>
    </w:tbl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 eight-question gate for the AI you buy, not build. Most organizations' real exposure comes from purchased tools, not in-house models.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WHY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You inherit the risk of every AI tool you adopt, but you do not control how it was built. This quick-screen surfaces the questions to ask a vendor before you sign.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eight questions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1. What does the model do, and what data was it trained on?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2. Where is our data processed and stored, and is it used to train their models?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3. Can the vendor explain a given output if a regulator or customer asks?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4. What is their incident process if the model causes harm?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5. Do they document bias, accuracy, and known limitations?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6. Can we audit or test the system, or is it a black box?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7. What are the contractual terms on liability and indemnification?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8. What happens to our data and our access if the vendor shuts down or is acquired?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How to score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Any question the vendor cannot answer clearly is a flag. Three or more flags means escalate to full third-party review before adopting.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free ends and paid begins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FREE (what and why): the eight questions and the flag logic.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PAID (done-for-you): the full Third-Party AI Risk Assessment, the procurement clause library, and the vendor risk register in the Vendor Risk pack.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AI Risk Management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