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</w:pPr>
      <w:r>
        <w:rPr>
          <w:rFonts w:ascii="Bakbak One" w:hAnsi="Bakbak One" w:eastAsia="Bakbak One"/>
          <w:b/>
          <w:color w:val="1E3D21"/>
          <w:sz w:val="38"/>
        </w:rPr>
        <w:t>The Quarterly Governance Review Agenda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shd w:val="clear" w:fill="2a5230"/>
          </w:tcPr>
          <w:p>
            <w:r>
              <w:rPr>
                <w:rFonts w:ascii="Cairo" w:hAnsi="Cairo" w:eastAsia="Cairo"/>
                <w:b/>
                <w:color w:val="FFFFFF"/>
                <w:sz w:val="19"/>
              </w:rPr>
              <w:t>FREE asset</w:t>
            </w:r>
          </w:p>
        </w:tc>
        <w:tc>
          <w:tcPr>
            <w:tcW w:type="dxa" w:w="3362"/>
            <w:shd w:val="clear" w:fill="2a5230"/>
          </w:tcPr>
          <w:p>
            <w:r>
              <w:rPr>
                <w:rFonts w:ascii="Cairo" w:hAnsi="Cairo" w:eastAsia="Cairo"/>
                <w:b/>
                <w:color w:val="FFFFFF"/>
                <w:sz w:val="19"/>
              </w:rPr>
              <w:t>Tier 0</w:t>
            </w:r>
          </w:p>
        </w:tc>
        <w:tc>
          <w:tcPr>
            <w:tcW w:type="dxa" w:w="3362"/>
            <w:shd w:val="clear" w:fill="2a5230"/>
          </w:tcPr>
          <w:p>
            <w:r>
              <w:rPr>
                <w:rFonts w:ascii="Cairo" w:hAnsi="Cairo" w:eastAsia="Cairo"/>
                <w:b/>
                <w:color w:val="FFFFFF"/>
                <w:sz w:val="19"/>
              </w:rPr>
              <w:t>AI GOVERNANCE CHAIN™</w:t>
            </w:r>
          </w:p>
        </w:tc>
      </w:tr>
    </w:tbl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The cadence that keeps governance alive after launch. Governance is not a project that ends; it is a rhythm that continues.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Abbreviations and Acronyms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No prior knowledge is assumed. Every acronym used in this document is defined below.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AI : Artificial Intelligence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CAIO : Chief Artificial Intelligence Officer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The WHY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Most governance efforts decay after the initial push. A fixed quarterly review is the single habit that keeps controls current, surfaces drift, and keeps leadership engaged.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The 60-minute agenda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1. Inventory check (10 min)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New AI systems since last quarter? Any added to the register?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Any systems retired?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2. Risk review (15 min)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Any tier reclassifications? New high-risk systems?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Any new regulatory changes affecting us?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3. Health score (10 min)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Re-run the AI Governance Health Score. Up or down from last quarter?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Which axis is weakest now (Coverage, Control, Documentation, Monitoring)?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4. Incidents and near-misses (10 min)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What happened, what did we learn, what changed as a result?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5. Actions and owners (15 min)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Top three actions for next quarter, each with a named owner and a date.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Who attends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The accountable executive (CAIO or sponsor), the governance lead, and system owners. Keep it small and decision-focused.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Where free ends and paid begins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FREE (what and why): this agenda and the quarterly cadence.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PAID (recurring): facilitated reviews, benchmarking against peers, and the running health-score dashboard in The Governance Circle membership (Tier D).</w:t>
      </w:r>
    </w:p>
    <w:p>
      <w:pPr>
        <w:pBdr>
          <w:top w:val="single" w:sz="8" w:color="BDE051"/>
        </w:pBdr>
      </w:pPr>
    </w:p>
    <w:p>
      <w:r>
        <w:rPr>
          <w:rFonts w:ascii="Cairo" w:hAnsi="Cairo" w:eastAsia="Cairo"/>
          <w:b/>
          <w:color w:val="2A5230"/>
          <w:sz w:val="21"/>
        </w:rPr>
        <w:t xml:space="preserve">Your next step: </w:t>
      </w:r>
      <w:r>
        <w:rPr>
          <w:rFonts w:ascii="Cairo" w:hAnsi="Cairo" w:eastAsia="Cairo"/>
          <w:b w:val="0"/>
          <w:sz w:val="21"/>
        </w:rPr>
        <w:t>Get The Governance Circle in the Execution Library (www.aigovernancechain.com/storefront.html, section: Recurring programs). Every instrument in the Execution Library is also included in the Governance Vault , the all-access annual licence.</w:t>
      </w:r>
    </w:p>
    <w:p>
      <w:pPr>
        <w:pBdr>
          <w:top w:val="single" w:sz="8" w:color="BDE051"/>
        </w:pBdr>
      </w:pPr>
    </w:p>
    <w:p>
      <w:pPr>
        <w:pBdr>
          <w:top w:val="single" w:sz="8" w:color="BDE051"/>
        </w:pBdr>
      </w:pP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AI GOVERNANCE CHAIN™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AI Governance Framework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(c) 2026 Mathieu K. Gouanou. All rights reserved.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Member, Harvard Business Review Advisory Council.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Document standard: human-first AI governance.</w:t>
      </w:r>
    </w:p>
    <w:sectPr w:rsidR="00FC693F" w:rsidRPr="0006063C" w:rsidSect="00034616">
      <w:footerReference w:type="default" r:id="rId9"/>
      <w:pgSz w:w="12240" w:h="15840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/>
        <w:sz w:val="18"/>
        <w:color w:val="2a5230"/>
      </w:rPr>
      <w:fldChar w:fldCharType="begin"/>
    </w:r>
    <w:r>
      <w:rPr>
        <w:rFonts w:ascii="Cairo"/>
        <w:sz w:val="18"/>
        <w:color w:val="2a5230"/>
      </w:rPr>
      <w:instrText xml:space="preserve"> PAGE </w:instrText>
    </w:r>
    <w:r>
      <w:rPr>
        <w:rFonts w:ascii="Cairo"/>
        <w:sz w:val="18"/>
        <w:color w:val="2a5230"/>
      </w:rPr>
      <w:fldChar w:fldCharType="end"/>
    </w:r>
    <w:r>
      <w:rPr>
        <w:rFonts w:ascii="Cairo"/>
        <w:sz w:val="18"/>
        <w:color w:val="2a5230"/>
      </w:rPr>
      <w:t xml:space="preserve">/</w:t>
    </w:r>
    <w:r>
      <w:rPr>
        <w:rFonts w:ascii="Cairo"/>
        <w:sz w:val="18"/>
        <w:color w:val="2a5230"/>
      </w:rPr>
      <w:fldChar w:fldCharType="begin"/>
    </w:r>
    <w:r>
      <w:rPr>
        <w:rFonts w:ascii="Cairo"/>
        <w:sz w:val="18"/>
        <w:color w:val="2a5230"/>
      </w:rPr>
      <w:instrText xml:space="preserve"> NUMPAGES </w:instrText>
    </w:r>
    <w:r>
      <w:rPr>
        <w:rFonts w:ascii="Cairo"/>
        <w:sz w:val="18"/>
        <w:color w:val="2a5230"/>
      </w:rPr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