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Responsible AI Principles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principle is not a slogan. A real principle tells you what to do when two goods conflict,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when speed pressures safety, when profit pressures fairness. These seven principles are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written to be usable under that pressure. Adopt them, adapt them, cite them. They are the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ethical spine on which every AI GOVERNANCE CHAIN™ instrument rests.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is the free WHAT and WHY. The paid AI Ethics Operating Kit turns each principle into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working control with templates, owners, and review cadence.</w:t>
      </w:r>
    </w:p>
    <w:p>
      <w:pPr>
        <w:pBdr>
          <w:top w:val="single" w:sz="8" w:color="BDE051"/>
        </w:pBdr>
      </w:pP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Seven Principles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exists to serve human judgment, dignity, and wellbeing, never to quietly replace them where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they matter. When a system would remove meaningful human agency, that is a decision to make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deliberately and openly, not a default to drift into.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We treat fair outcomes as a moral obligation, not merely a compliance checkbox. We actively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look for who could be harmed or disadvantaged, especially those least able to object, and we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fix what we find.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system that tells people what they want to hear is not helpful, it is dangerous. We build and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govern AI to be accurate and willing to disagree, and we treat sycophancy as a first-class risk.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Artificial intelligence does not fail because it is insufficiently intelligent. It fails because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it agrees with you.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People have a right to know when AI is involved in a decision that affects them, and to a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plain-language account of how it works and where it fails. We disclose limits, not only strengths.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For every AI system, a named human is answerable for its conduct. Accountability cannot be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delegated to a model, a vendor, or an algorithm. Records exist so that an outsider could verify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how a decision was made.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person affected by an AI decision can question it and reach a human who can review and, if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warranted, overturn it. A decision no one can challenge is a decision no one truly governs.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We ask whether a system should exist, not only whether it can. We weigh societal, dual-use, and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environmental costs against the benefit, and we are willing to say no.</w:t>
      </w:r>
    </w:p>
    <w:p>
      <w:pPr>
        <w:pBdr>
          <w:top w:val="single" w:sz="8" w:color="BDE051"/>
        </w:pBdr>
      </w:pP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How to use these principles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As a test. When a decision is hard, ask which principle is under pressure and why. The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principle that is most inconvenient in the moment is usually the one that matters most.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As a contract. Publish them. Let staff, customers, and the public hold you to them. A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principle no one can see is a principle no one can enforce.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As a foundation. Every operational control, every review gate, every incident response in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AI GOVERNANCE CHAIN™ catalog traces back to one of these seven.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honest caution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Principles are cheap to publish and expensive to keep. The gap between a stated principle and a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practiced one is where reputations are lost. The free principles tell you what you stand for.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paid AI Ethics Operating Kit gives you the machinery to prove you actually live them.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AI Ethics Operating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 | Human-First AI Governance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 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