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  <w:r>
        <w:rPr>
          <w:rFonts w:ascii="Bakbak One" w:hAnsi="Bakbak One" w:eastAsia="Bakbak One"/>
          <w:b/>
          <w:color w:val="48994E"/>
          <w:sz w:val="42"/>
        </w:rPr>
        <w:t>Los cuatro niveles de la cultura de IA</w:t>
      </w:r>
    </w:p>
    <w:p>
      <w:pPr>
        <w:spacing w:after="60"/>
      </w:pPr>
      <w:r>
        <w:rPr>
          <w:rFonts w:ascii="Bakbak One" w:hAnsi="Bakbak One" w:eastAsia="Bakbak One"/>
          <w:b/>
          <w:color w:val="48994E"/>
          <w:sz w:val="27"/>
        </w:rPr>
        <w:t>Abreviaturas y acrónimos</w:t>
      </w:r>
    </w:p>
    <w:p>
      <w:pPr>
        <w:spacing w:after="60"/>
      </w:pPr>
      <w:r>
        <w:rPr>
          <w:rFonts w:ascii="Cairo" w:hAnsi="Cairo" w:eastAsia="Cairo"/>
          <w:b w:val="0"/>
          <w:color w:val="1E3D21"/>
          <w:sz w:val="23"/>
        </w:rPr>
        <w:t>Ningún conocimiento previo se da por supuesto. Los acrónimos de este documento:</w:t>
      </w:r>
    </w:p>
    <w:p>
      <w:pPr>
        <w:spacing w:after="40"/>
      </w:pPr>
      <w:r>
        <w:rPr>
          <w:rFonts w:ascii="Cairo" w:hAnsi="Cairo" w:eastAsia="Cairo"/>
          <w:b/>
          <w:color w:val="48994E"/>
          <w:sz w:val="23"/>
        </w:rPr>
        <w:t>IA</w:t>
      </w:r>
      <w:r>
        <w:rPr>
          <w:rFonts w:ascii="Cairo" w:hAnsi="Cairo" w:eastAsia="Cairo"/>
          <w:b w:val="0"/>
          <w:color w:val="1E3D21"/>
          <w:sz w:val="23"/>
        </w:rPr>
        <w:t xml:space="preserve"> : inteligencia artificial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No toda persona necesita saber lo mismo sobre la inteligencia artificial (IA). Cuatro niveles, cada uno con su pregunta central, ordenan la formación de toda la organización.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Nivel uno: el usuario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Toda persona que usa IA en su trabajo. Su pregunta: ¿qué puedo y qué no puedo hacer con esta herramienta? Sabe qué datos no se comparten, reconoce que el sistema puede inventar y darle la razón por complacencia, y sabe a quién avisar cuando algo se ve mal.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Nivel dos: el operador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Quien configura, alimenta o supervisa sistemas de IA. Su pregunta: ¿cómo sé que este sistema sigue funcionando bien? Lee métricas de desempeño, distingue un error aislado de una deriva y ejecuta la primera hora de un incidente.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Nivel tres: el decisor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Quien aprueba despliegues y presupuestos. Su pregunta: ¿qué estoy aprobando y qué puede salir mal? Entiende la clasificación de riesgo, exige evidencia antes que demostraciones y sabe qué obligaciones firma con cada despliegue.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Nivel cuatro: el gobernante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Quien dirige la gobernanza: el comité, el director de IA, el directorio. Su pregunta: ¿el sistema completo de gobernanza funciona? Lee el puntaje de salud, preside la revisión trimestral y responde ante el regulador y los accionistas.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Cómo usar los niveles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Asigne cada rol de su organización a un nivel y forme para la pregunta de ese nivel, no para un curso genérico. La formación que no responde la pregunta del puesto se olvida en una semana.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El puente hacia la profundidad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Este mapa es gratuito. Los módulos por nivel, listos para impartir, viven en el AI Literacy and Culture Program Kit de la capa de pago.</w:t>
      </w:r>
    </w:p>
    <w:p>
      <w:pPr>
        <w:pBdr>
          <w:bottom w:val="single" w:sz="6" w:space="1" w:color="BDE051"/>
        </w:pBdr>
        <w:spacing w:before="280" w:after="120"/>
      </w:pPr>
    </w:p>
    <w:p>
      <w:pPr>
        <w:spacing w:after="20"/>
      </w:pPr>
      <w:r>
        <w:rPr>
          <w:rFonts w:ascii="Bakbak One" w:hAnsi="Bakbak One" w:eastAsia="Bakbak One"/>
          <w:b/>
          <w:color w:val="48994E"/>
          <w:sz w:val="19"/>
        </w:rPr>
        <w:t>AI GOVERNANCE CHAIN™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Marco de gobernanza de la IA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© 2026 Mathieu K. Gouanou. Todos los derechos reservados.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Miembro del Consejo Asesor de Harvard Business Review.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Norma del documento: gobernanza de la IA centrada en el ser humano.</w:t>
      </w:r>
    </w:p>
    <w:sectPr w:rsidR="00FC693F" w:rsidRPr="0006063C" w:rsidSect="00034616">
      <w:footerReference w:type="default" r:id="rId9"/>
      <w:pgSz w:w="12240" w:h="15840"/>
      <w:pgMar w:top="1077" w:right="1077" w:bottom="124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9"/>
      </w:rPr>
      <w:fldChar w:fldCharType="begin"/>
      <w:instrText xml:space="preserve">PAGE</w:instrText>
      <w:fldChar w:fldCharType="end"/>
    </w:r>
    <w:r>
      <w:rPr>
        <w:rFonts w:ascii="Cairo" w:hAnsi="Cairo"/>
        <w:color w:val="48994E"/>
        <w:sz w:val="19"/>
      </w:rPr>
      <w:t>/</w:t>
    </w:r>
    <w:r>
      <w:rPr>
        <w:rFonts w:ascii="Cairo" w:hAnsi="Cairo"/>
        <w:color w:val="48994E"/>
        <w:sz w:val="19"/>
      </w:rPr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