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filtro rápido de riesgos de proveedores de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La mayoría de las organizaciones no construye inteligencia artificial (IA): la compra. Su exposición real vive en los contratos. Ocho preguntas antes de firmar, o antes de renovar.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ocho preguntas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1. ¿El proveedor le dijo qué modelo usa y cuándo lo cambia? Un cambio silencioso de modelo puede cambiar el comportamiento de la noche a la mañana. 2. ¿Sabe qué datos suyos procesa el proveedor y dónde? 3. ¿El contrato le da derecho a auditar o a recibir evidencia de auditoría? 4. ¿Existe un compromiso escrito sobre el desempeño y los errores? 5. ¿El proveedor le notifica los incidentes, y en cuánto tiempo? 6. ¿Puede usted salir del contrato y llevarse sus datos? 7. ¿Quién responde ante el regulador si el sistema del proveedor discrimina: usted o ellos? La respuesta legal habitual le sorprenderá: usted. 8. ¿El proveedor ha probado su sistema contra la sicofancia y el sesgo, y puede mostrarlo?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leer su resultado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Seis o más respuestas afirmativas con evidencia: proveedor gobernable; documente y siga. Tres a cinco: renegocie antes de renovar; las brechas están en el contrato, no en la tecnología. Menos de tres: usted no tiene un proveedor, tiene una exposición sin gestionar con logotipo ajeno.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 regla que lo ordena todo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Usted puede delegar el trabajo, pero no puede delegar la responsabilidad. Ante su cliente, su directorio y su regulador, la IA comprada es su IA.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Este filtro es gratuito. La evaluación completa de terceros, el registro de riesgos de proveedores y las cláusulas contractuales listas para negociar viven en la capa de pago, con la línea de riesgo de proveedores del catálogo.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