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Bakbak One" w:hAnsi="Bakbak One" w:eastAsia="Bakbak One"/>
          <w:b/>
          <w:color w:val="48994E"/>
          <w:sz w:val="42"/>
        </w:rPr>
        <w:t>La guía de decisión de la supervisión humana</w:t>
      </w:r>
    </w:p>
    <w:p>
      <w:pPr>
        <w:spacing w:after="60"/>
      </w:pPr>
      <w:r>
        <w:rPr>
          <w:rFonts w:ascii="Bakbak One" w:hAnsi="Bakbak One" w:eastAsia="Bakbak One"/>
          <w:b/>
          <w:color w:val="48994E"/>
          <w:sz w:val="27"/>
        </w:rPr>
        <w:t>Abreviaturas y acrónimos</w:t>
      </w:r>
    </w:p>
    <w:p>
      <w:pPr>
        <w:spacing w:after="60"/>
      </w:pPr>
      <w:r>
        <w:rPr>
          <w:rFonts w:ascii="Cairo" w:hAnsi="Cairo" w:eastAsia="Cairo"/>
          <w:b w:val="0"/>
          <w:color w:val="1E3D21"/>
          <w:sz w:val="23"/>
        </w:rPr>
        <w:t>Ningún conocimiento previo se da por supuesto. Los acrónimos de este documento: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IA</w:t>
      </w:r>
      <w:r>
        <w:rPr>
          <w:rFonts w:ascii="Cairo" w:hAnsi="Cairo" w:eastAsia="Cairo"/>
          <w:b w:val="0"/>
          <w:color w:val="1E3D21"/>
          <w:sz w:val="23"/>
        </w:rPr>
        <w:t xml:space="preserve"> : inteligencia artificial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UE</w:t>
      </w:r>
      <w:r>
        <w:rPr>
          <w:rFonts w:ascii="Cairo" w:hAnsi="Cairo" w:eastAsia="Cairo"/>
          <w:b w:val="0"/>
          <w:color w:val="1E3D21"/>
          <w:sz w:val="23"/>
        </w:rPr>
        <w:t xml:space="preserve"> : Unión Europea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¿Cuándo debe un ser humano permanecer al mando de una decisión tomada por inteligencia artificial (IA)? Esta guía responde en una página, con los tres modelos de control y las cinco pruebas de una supervisión real.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Los tres modelos de control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Humano en el circuito: la IA propone, una persona aprueba cada decisión antes de que surta efecto. Es el modelo para decisiones de alto impacto sobre personas. Humano sobre el circuito: la IA decide, una persona vigila el conjunto y puede intervenir. Es el modelo para volúmenes altos con riesgo medio. Humano al mando: una persona conserva la autoridad de detener el sistema entero en cualquier momento, sin pedir permiso. Este modelo no es opcional: acompaña a los otros dos siempre.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Cómo elegir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Pregunte una sola cosa: ¿qué pierde una persona concreta si la decisión sale mal? Si la respuesta toca crédito, salud, empleo, educación o servicios públicos, el Reglamento de IA de la UE exige supervisión humana efectiva para los sistemas de alto riesgo, y el modelo correcto es el humano en el circuito.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Las cinco pruebas de una supervisión real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Una supervisión que no pasa estas pruebas es decorativa. Uno: la persona entiende lo que el sistema hace y sus límites. Dos: tiene tiempo real para revisar, no tres segundos. Tres: tiene autoridad para rechazar la salida del sistema sin penalización. Cuatro: tiene acceso a la información que la decisión usó. Cinco: alguien mide si sus intervenciones ocurren de verdad. Un aprobador que aprueba todo no es supervisión: es una firma de goma.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El error más común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Instalar la supervisión al final, como un sello. La supervisión efectiva se diseña dentro del flujo: quién revisa, cuándo, con qué pantalla y con qué poder. Si el diseño no lo permite, el sistema no está gobernado.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El puente hacia la profundidad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Esta guía es el QUÉ. El CÓMO arquitectónico (los puntos de control, los patrones de diseño y las plantillas de revisión) vive en el AI Architecture Governance Blueprint de la capa de pago.</w:t>
      </w:r>
    </w:p>
    <w:p>
      <w:pPr>
        <w:pBdr>
          <w:bottom w:val="single" w:sz="6" w:space="1" w:color="BDE051"/>
        </w:pBdr>
        <w:spacing w:before="280" w:after="120"/>
      </w:pPr>
    </w:p>
    <w:p>
      <w:pPr>
        <w:spacing w:after="20"/>
      </w:pPr>
      <w:r>
        <w:rPr>
          <w:rFonts w:ascii="Bakbak One" w:hAnsi="Bakbak One" w:eastAsia="Bakbak One"/>
          <w:b/>
          <w:color w:val="48994E"/>
          <w:sz w:val="19"/>
        </w:rPr>
        <w:t>AI GOVERNANCE CHAIN™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Marco de gobernanza de la IA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© 2026 Mathieu K. Gouanou. Todos los derechos reservados.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Miembro del Consejo Asesor de Harvard Business Review.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