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rPr>
          <w:rFonts w:ascii="Bakbak One" w:hAnsi="Bakbak One" w:eastAsia="Bakbak One"/>
          <w:b/>
          <w:color w:val="48994E"/>
          <w:sz w:val="42"/>
        </w:rPr>
        <w:t>Los tres niveles del aseguramiento de la IA</w:t>
      </w:r>
    </w:p>
    <w:p>
      <w:pPr>
        <w:spacing w:after="60"/>
      </w:pPr>
      <w:r>
        <w:rPr>
          <w:rFonts w:ascii="Bakbak One" w:hAnsi="Bakbak One" w:eastAsia="Bakbak One"/>
          <w:b/>
          <w:color w:val="48994E"/>
          <w:sz w:val="27"/>
        </w:rPr>
        <w:t>Abreviaturas y acrónimos</w:t>
      </w:r>
    </w:p>
    <w:p>
      <w:pPr>
        <w:spacing w:after="60"/>
      </w:pPr>
      <w:r>
        <w:rPr>
          <w:rFonts w:ascii="Cairo" w:hAnsi="Cairo" w:eastAsia="Cairo"/>
          <w:b w:val="0"/>
          <w:color w:val="1E3D21"/>
          <w:sz w:val="23"/>
        </w:rPr>
        <w:t>Ningún conocimiento previo se da por supuesto. Los acrónimos de este documento:</w:t>
      </w:r>
    </w:p>
    <w:p>
      <w:pPr>
        <w:spacing w:after="40"/>
      </w:pPr>
      <w:r>
        <w:rPr>
          <w:rFonts w:ascii="Cairo" w:hAnsi="Cairo" w:eastAsia="Cairo"/>
          <w:b/>
          <w:color w:val="48994E"/>
          <w:sz w:val="23"/>
        </w:rPr>
        <w:t>IA</w:t>
      </w:r>
      <w:r>
        <w:rPr>
          <w:rFonts w:ascii="Cairo" w:hAnsi="Cairo" w:eastAsia="Cairo"/>
          <w:b w:val="0"/>
          <w:color w:val="1E3D21"/>
          <w:sz w:val="23"/>
        </w:rPr>
        <w:t xml:space="preserve"> : inteligencia artificial</w:t>
      </w:r>
    </w:p>
    <w:p>
      <w:pPr>
        <w:spacing w:after="40"/>
      </w:pPr>
      <w:r>
        <w:rPr>
          <w:rFonts w:ascii="Cairo" w:hAnsi="Cairo" w:eastAsia="Cairo"/>
          <w:b/>
          <w:color w:val="48994E"/>
          <w:sz w:val="23"/>
        </w:rPr>
        <w:t>ISO/IEC</w:t>
      </w:r>
      <w:r>
        <w:rPr>
          <w:rFonts w:ascii="Cairo" w:hAnsi="Cairo" w:eastAsia="Cairo"/>
          <w:b w:val="0"/>
          <w:color w:val="1E3D21"/>
          <w:sz w:val="23"/>
        </w:rPr>
        <w:t xml:space="preserve"> : Organización Internacional de Normalización / Comisión Electrotécnica Internacional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El aseguramiento sube con la independencia: esa es la regla que ordena todo el campo. Tres niveles, cada uno responde a una audiencia distinta.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Primer nivel: la primera parte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Usted se evalúa a sí mismo. Es el nivel de las autoevaluaciones, los puntajes internos y las revisiones del propio equipo. Vale mucho como disciplina y nada como prueba frente a terceros: nadie es un buen juez de su propio trabajo. Es el punto de partida obligatorio, no el destino.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Segundo nivel: la segunda parte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Alguien de su organización, pero fuera del equipo que construye, revisa: auditoría interna, riesgo, cumplimiento. La independencia es parcial y el valor sube: los hallazgos incomodan, y eso es señal de que funcionan. Este nivel satisface al directorio; rara vez satisface al regulador.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Tercer nivel: la tercera parte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Un externo sin interés en el resultado certifica: el auditor independiente, el organismo de certificación ISO/IEC 42001. Es el único nivel que produce confianza portátil, la que usted puede mostrar a un cliente, un regulador o un tribunal. Cuesta más, tarda trimestres y es el precio de la palabra «certificado».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Cómo elegir el nivel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Pregunte quién necesita creerle. ¿Su propio equipo? Primer nivel. ¿Su directorio? Segundo. ¿Su regulador, sus clientes o el mercado? Tercero, sin atajos. Y la secuencia importa: cada nivel prepara la evidencia del siguiente; saltarse uno se paga en hallazgos.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El puente hacia la profundidad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Este mapa es gratuito. El AI Assurance and Audit Kit y el ISO 42001 Certification Toolkit de la capa de pago llevan su evidencia del primer nivel al tercero con las plantillas ya escritas.</w:t>
      </w:r>
    </w:p>
    <w:p>
      <w:pPr>
        <w:pBdr>
          <w:bottom w:val="single" w:sz="6" w:space="1" w:color="BDE051"/>
        </w:pBdr>
        <w:spacing w:before="280" w:after="120"/>
      </w:pPr>
    </w:p>
    <w:p>
      <w:pPr>
        <w:spacing w:after="20"/>
      </w:pPr>
      <w:r>
        <w:rPr>
          <w:rFonts w:ascii="Bakbak One" w:hAnsi="Bakbak One" w:eastAsia="Bakbak One"/>
          <w:b/>
          <w:color w:val="48994E"/>
          <w:sz w:val="19"/>
        </w:rPr>
        <w:t>AI GOVERNANCE CHAIN™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Marco de gobernanza de la IA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© 2026 Mathieu K. Gouanou. Todos los derechos reservados.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Miembro del Consejo Asesor de Harvard Business Review.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Norma del documento: gobernanza de la IA centrada en el ser humano.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9"/>
      </w:rPr>
      <w:fldChar w:fldCharType="begin"/>
      <w:instrText xml:space="preserve">PAGE</w:instrText>
      <w:fldChar w:fldCharType="end"/>
    </w:r>
    <w:r>
      <w:rPr>
        <w:rFonts w:ascii="Cairo" w:hAnsi="Cairo"/>
        <w:color w:val="48994E"/>
        <w:sz w:val="19"/>
      </w:rPr>
      <w:t>/</w:t>
    </w:r>
    <w:r>
      <w:rPr>
        <w:rFonts w:ascii="Cairo" w:hAnsi="Cairo"/>
        <w:color w:val="48994E"/>
        <w:sz w:val="19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