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Bakbak One" w:hAnsi="Bakbak One"/>
          <w:b/>
          <w:color w:val="1E3D21"/>
          <w:sz w:val="40"/>
        </w:rPr>
        <w:t>Les quatre niveaux de la culture IA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Actif GRATUIT | Niveau 0 | AI GOVERNANCE CHAIN™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Une échelle simple pour situer chaque rôle de l'organisation, du conseil d'administration à l'utilisateur quotidien.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Abréviations et acronymes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Aucune connaissance préalable n'est supposée. Chaque sigle utilisé dans ce document est défini ici.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IA : intelligence artificielle.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L'échelle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Niveau 1 : Conscient. Sait ce que l'IA est et n'est pas, connaît les règles d'usage de base, sait à qui signaler un problème. Le niveau minimal pour tout le personnel.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Niveau 2 : Utilisateur averti. Utilise l'IA efficacement dans son métier, connaît les limites des outils, protège les données, détecte les réponses douteuses. Le niveau attendu de quiconque utilise l'IA chaque semaine.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Niveau 3 : Encadrant. Décide quand l'IA peut être utilisée, supervise des décisions assistées par l'IA, sait lire une évaluation de risque. Le niveau attendu des managers et des propriétaires de systèmes.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Niveau 4 : Gouvernant. Fixe la politique, arbitre les cas difficiles, répond au régulateur et au conseil. Le niveau attendu du CAIO, du responsable gouvernance et de la direction.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Comment l'utiliser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Attribuez un niveau cible à chaque famille de rôles, mesurez le niveau réel, et traitez l'écart comme un plan de formation. Un rôle au-dessous de son niveau cible est un risque nommé.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Où s'arrête le gratuit et où commence le payant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GRATUIT (le quoi et le pourquoi) : l'échelle et la méthode de l'écart.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PAYANT (le comment) : les parcours par niveau, les contenus et la mesure dans le AI Literacy and Culture Program Kit (Niveau C).</w:t>
      </w:r>
    </w:p>
    <w:p>
      <w:pPr>
        <w:pBdr>
          <w:top w:val="single" w:sz="6" w:space="4" w:color="BDE051"/>
        </w:pBdr>
      </w:pPr>
      <w:r>
        <w:rPr>
          <w:rFonts w:ascii="Cairo" w:hAnsi="Cairo"/>
          <w:color w:val="48994E"/>
          <w:sz w:val="19"/>
        </w:rPr>
        <w:t>AI GOVERNANCE CHAIN™</w:t>
      </w:r>
    </w:p>
    <w:p>
      <w:r>
        <w:rPr>
          <w:rFonts w:ascii="Cairo" w:hAnsi="Cairo"/>
          <w:color w:val="48994E"/>
          <w:sz w:val="19"/>
        </w:rPr>
        <w:t>Cadre de gouvernance de l'IA</w:t>
      </w:r>
    </w:p>
    <w:p>
      <w:r>
        <w:rPr>
          <w:rFonts w:ascii="Cairo" w:hAnsi="Cairo"/>
          <w:color w:val="48994E"/>
          <w:sz w:val="19"/>
        </w:rPr>
        <w:t>© 2026 Mathieu K. Gouanou. Tous droits réservés.</w:t>
      </w:r>
    </w:p>
    <w:p>
      <w:r>
        <w:rPr>
          <w:rFonts w:ascii="Cairo" w:hAnsi="Cairo"/>
          <w:color w:val="48994E"/>
          <w:sz w:val="19"/>
        </w:rPr>
        <w:t>Membre du conseil consultatif de la Harvard Business Review.</w:t>
      </w:r>
    </w:p>
    <w:p>
      <w:r>
        <w:rPr>
          <w:rFonts w:ascii="Cairo" w:hAnsi="Cairo"/>
          <w:color w:val="48994E"/>
          <w:sz w:val="19"/>
        </w:rPr>
        <w:t>Standard documentaire : une gouvernance de l'IA centrée sur l'humain.</w:t>
      </w:r>
    </w:p>
    <w:sectPr w:rsidR="00FC693F" w:rsidRPr="0006063C" w:rsidSect="00034616">
      <w:footerReference w:type="default" r:id="rId9"/>
      <w:pgSz w:w="12240" w:h="15840"/>
      <w:pgMar w:top="1077" w:right="1077" w:bottom="124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8"/>
      </w:rPr>
      <w:fldChar w:fldCharType="begin"/>
      <w:instrText xml:space="preserve"> PAGE </w:instrText>
      <w:fldChar w:fldCharType="end"/>
    </w:r>
    <w:r>
      <w:rPr>
        <w:rFonts w:ascii="Cairo" w:hAnsi="Cairo"/>
        <w:color w:val="48994E"/>
        <w:sz w:val="18"/>
      </w:rPr>
      <w:t>/</w:t>
    </w:r>
    <w:r>
      <w:rPr>
        <w:rFonts w:ascii="Cairo" w:hAnsi="Cairo"/>
        <w:color w:val="48994E"/>
        <w:sz w:val="18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iro" w:hAnsi="Cairo"/>
      <w:color w:val="1E3D21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