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 construtor de avisos de transparência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 O termo designa sistemas computacionais que executam tarefas que normalmente exigiriam inteligência humana.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obrigação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O artigo 50 do Regulamento de IA da União Europeia, o Regulamento (UE) 2024/1689, exige que as pessoas sejam informadas quando interagem com um sistema de IA, quando conteúdo é gerado artificialmente e quando categorização biométrica ou reconhecimento de emoções está em uso. Este construtor transforma a obrigação em frases prontas.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Quando o aviso é obrigatório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Situação</w:t>
            </w:r>
          </w:p>
        </w:tc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O que o usuário deve saber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Conversa com um sistema de IA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Que não está falando com um humano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Conteúdo gerado por IA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Que o texto, a imagem ou o áudio é artificial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Conteúdo sintético realístico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Marcação clara de que é gerado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Reconhecimento de emoções ou biometria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Que o sistema está em operação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Modelos em português prontos para usar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Você está conversando com um assistente de inteligência artificial. Uma pessoa da nossa equipe pode assumir a conversa a qualquer momento, se você pedir.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Este conteúdo foi gerado por inteligência artificial e revisado pela nossa equipe.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Esta imagem foi criada por inteligência artificial. Ela não retrata um evento real.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As três regras de um bom aviso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Visível antes da interação, não escondido em termos de uso.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Escrito em linguagem simples, sem jargão técnico.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Consistente em todos os canais onde o sistema aparece.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Os avisos gratuitos cobrem o essencial. O pacote completo de conformidade, com o classificador de níveis de risco, o dossiê de documentação técnica e o cronograma de aplicação, vive no EU AI Act Compliance Pack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