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Kit de Início da Governança de IA: seu guia do primeiro dia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AI-ERF :</w:t>
      </w:r>
      <w:r>
        <w:rPr>
          <w:rFonts w:ascii="Cairo" w:hAnsi="Cairo"/>
          <w:color w:val="1E3D21"/>
          <w:sz w:val="23"/>
        </w:rPr>
        <w:t xml:space="preserve"> AI Governance Emergency Response Framework, a primeira norma operacional de resposta a emergências para a governança de IA, de autoria de Mathieu K. Gouanou.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Para quem é este kit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Para a organização que usa IA todos os dias e ainda não governa nada. Nenhuma equipe dedicada é necessária. Nenhum orçamento é necessário. Apenas uma semana de atenção disciplinada.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cinco primeiros dias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Dia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A tarefa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resultado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Dia 1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Faça o inventário: liste cada sistema de IA que a organização usa, compra ou constrói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Uma lista escrita, mesmo que curta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Dia 2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Avalie a exposição: para cada sistema, pergunte o que acontece se ele errar em público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Os três sistemas mais expostos, nomeados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Dia 3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Nomeie a responsabilidade: uma pessoa responsável por cada sistema exposto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Um nome ao lado de cada risco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Dia 4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Teste a bajulação: pergunte ao seu sistema algo que você sabe estar errado e veja se ele concorda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primeira evidência de comportamento bajulador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Dia 5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Decida os próximos passos: escolha o próximo instrumento e agende a primeira revisão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Um plano de 30 dias em uma página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regra que governa a semana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Você não precisa de perfeição na primeira semana. Precisa de um inventário honesto, três riscos nomeados, uma pessoa responsável por cada um e uma data de revisão. Isso já é mais governança do que a maioria das organizações possui.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que este kit cobre e o que não cobre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Este kit gratuito entrega o QUÊ e o PORQUÊ: o que inventariar, por que a exposição importa e por que a bajulação é o risco que ninguém mais nomeia. O COMO completo (as políticas, os controles, a cadência operacional e o sistema de pontuação) vive na camada paga.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Quando a primeira semana terminar, o caminho pago é o Sistema Operacional de Governança de IA, o Governance Circle para manter a governança atual, ou a Auditoria de Governança Pré-Escala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