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prisma dos direitos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lente que falta na maioria das governanças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governança técnica pergunta se o sistema funciona. A governança jurídica pergunta se ele é legal. O prisma dos direitos pergunta algo diferente: o que este sistema faz com as pessoas que não escolheram usá-lo?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cinco perguntas do prisma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</w:t>
            </w:r>
          </w:p>
        </w:tc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Pergunta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1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Quem não consegue escapar deste sistema? O cidadão não escolhe o algoritmo do governo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Quem carrega o custo do erro? Raramente é quem constrói o sistema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3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Quem pode contestar, e em quanto tempo? Um recurso que leva meses não é recurso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 que o sistema presume sobre as pessoas? Toda presunção codificada vira regra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Quem fica invisível? Os casos que o sistema não previu são pessoas reais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Um caso anonimizado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Um órgão público aplicou o prisma a um sistema de triagem de benefícios. A pergunta 5 revelou que pessoas sem endereço fixo simplesmente não existiam para o modelo. A correção custou duas semanas. A ação judicial que ela evitou teria custado anos.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Quando usar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Antes de cada lançamento que afeta o público, na revisão trimestral, e sempre que o setor público compra IA de um fornecedor privado.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prisma gratuito muda as perguntas. A avaliação completa de impacto sobre direitos humanos vive no AI and Human Rights Impact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